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A3A8D" w14:textId="77777777" w:rsidR="00E113FF" w:rsidRPr="008A226C" w:rsidRDefault="0084540E">
      <w:pPr>
        <w:pStyle w:val="aa"/>
        <w:rPr>
          <w:rFonts w:ascii="微软雅黑" w:eastAsia="微软雅黑" w:hAnsi="微软雅黑"/>
          <w:lang w:eastAsia="zh-CN"/>
        </w:rPr>
      </w:pPr>
      <w:r w:rsidRPr="008A226C">
        <w:rPr>
          <w:rFonts w:ascii="微软雅黑" w:eastAsia="微软雅黑" w:hAnsi="微软雅黑"/>
          <w:lang w:eastAsia="zh-CN"/>
        </w:rPr>
        <w:t>深度学习图像分类实验报告</w:t>
      </w:r>
      <w:r w:rsidRPr="008A226C">
        <w:rPr>
          <w:rFonts w:ascii="微软雅黑" w:eastAsia="微软雅黑" w:hAnsi="微软雅黑"/>
          <w:lang w:eastAsia="zh-CN"/>
        </w:rPr>
        <w:t xml:space="preserve"> - </w:t>
      </w:r>
      <w:r w:rsidRPr="008A226C">
        <w:rPr>
          <w:rFonts w:ascii="微软雅黑" w:eastAsia="微软雅黑" w:hAnsi="微软雅黑"/>
          <w:lang w:eastAsia="zh-CN"/>
        </w:rPr>
        <w:t>初稿</w:t>
      </w:r>
    </w:p>
    <w:p w14:paraId="05D4EF9E" w14:textId="77777777" w:rsidR="00E113FF" w:rsidRPr="008A226C" w:rsidRDefault="0084540E">
      <w:pPr>
        <w:rPr>
          <w:rFonts w:ascii="微软雅黑" w:eastAsia="微软雅黑" w:hAnsi="微软雅黑"/>
          <w:lang w:eastAsia="zh-CN"/>
        </w:rPr>
      </w:pPr>
      <w:r w:rsidRPr="008A226C">
        <w:rPr>
          <w:rFonts w:ascii="微软雅黑" w:eastAsia="微软雅黑" w:hAnsi="微软雅黑"/>
          <w:lang w:eastAsia="zh-CN"/>
        </w:rPr>
        <w:t>一、实验概述</w:t>
      </w:r>
      <w:r w:rsidRPr="008A226C">
        <w:rPr>
          <w:rFonts w:ascii="微软雅黑" w:eastAsia="微软雅黑" w:hAnsi="微软雅黑"/>
          <w:lang w:eastAsia="zh-CN"/>
        </w:rPr>
        <w:br/>
      </w:r>
      <w:r w:rsidRPr="008A226C">
        <w:rPr>
          <w:rFonts w:ascii="微软雅黑" w:eastAsia="微软雅黑" w:hAnsi="微软雅黑"/>
          <w:lang w:eastAsia="zh-CN"/>
        </w:rPr>
        <w:br/>
      </w:r>
      <w:r w:rsidRPr="008A226C">
        <w:rPr>
          <w:rFonts w:ascii="微软雅黑" w:eastAsia="微软雅黑" w:hAnsi="微软雅黑"/>
          <w:lang w:eastAsia="zh-CN"/>
        </w:rPr>
        <w:t>本文探讨了卷积神经网络在图像分类任务上的性能表现，用了很多层卷积，感觉效果还行，具体看表格。在训练过程中我们用了一些</w:t>
      </w:r>
      <w:r w:rsidRPr="008A226C">
        <w:rPr>
          <w:rFonts w:ascii="微软雅黑" w:eastAsia="微软雅黑" w:hAnsi="微软雅黑"/>
          <w:lang w:eastAsia="zh-CN"/>
        </w:rPr>
        <w:t>tricks</w:t>
      </w:r>
      <w:r w:rsidRPr="008A226C">
        <w:rPr>
          <w:rFonts w:ascii="微软雅黑" w:eastAsia="微软雅黑" w:hAnsi="微软雅黑"/>
          <w:lang w:eastAsia="zh-CN"/>
        </w:rPr>
        <w:t>，比如学习率衰减啊，数据增强啊这些，也加了</w:t>
      </w:r>
      <w:r w:rsidRPr="008A226C">
        <w:rPr>
          <w:rFonts w:ascii="微软雅黑" w:eastAsia="微软雅黑" w:hAnsi="微软雅黑"/>
          <w:lang w:eastAsia="zh-CN"/>
        </w:rPr>
        <w:t>dropout</w:t>
      </w:r>
      <w:r w:rsidRPr="008A226C">
        <w:rPr>
          <w:rFonts w:ascii="微软雅黑" w:eastAsia="微软雅黑" w:hAnsi="微软雅黑"/>
          <w:lang w:eastAsia="zh-CN"/>
        </w:rPr>
        <w:t>防止过拟合。</w:t>
      </w:r>
    </w:p>
    <w:p w14:paraId="54F9434F" w14:textId="77777777" w:rsidR="00E113FF" w:rsidRPr="008A226C" w:rsidRDefault="0084540E">
      <w:pPr>
        <w:rPr>
          <w:rFonts w:ascii="微软雅黑" w:eastAsia="微软雅黑" w:hAnsi="微软雅黑"/>
          <w:lang w:eastAsia="zh-CN"/>
        </w:rPr>
      </w:pPr>
      <w:r w:rsidRPr="008A226C">
        <w:rPr>
          <w:rFonts w:ascii="微软雅黑" w:eastAsia="微软雅黑" w:hAnsi="微软雅黑"/>
          <w:lang w:eastAsia="zh-CN"/>
        </w:rPr>
        <w:t>二、实验设置</w:t>
      </w:r>
      <w:r w:rsidRPr="008A226C">
        <w:rPr>
          <w:rFonts w:ascii="微软雅黑" w:eastAsia="微软雅黑" w:hAnsi="微软雅黑"/>
          <w:lang w:eastAsia="zh-CN"/>
        </w:rPr>
        <w:br/>
      </w:r>
      <w:r w:rsidRPr="008A226C">
        <w:rPr>
          <w:rFonts w:ascii="微软雅黑" w:eastAsia="微软雅黑" w:hAnsi="微软雅黑"/>
          <w:lang w:eastAsia="zh-CN"/>
        </w:rPr>
        <w:br/>
      </w:r>
      <w:r w:rsidRPr="008A226C">
        <w:rPr>
          <w:rFonts w:ascii="微软雅黑" w:eastAsia="微软雅黑" w:hAnsi="微软雅黑"/>
          <w:lang w:eastAsia="zh-CN"/>
        </w:rPr>
        <w:t>数据集：</w:t>
      </w:r>
      <w:r w:rsidRPr="008A226C">
        <w:rPr>
          <w:rFonts w:ascii="微软雅黑" w:eastAsia="微软雅黑" w:hAnsi="微软雅黑"/>
          <w:lang w:eastAsia="zh-CN"/>
        </w:rPr>
        <w:t>CIFAR-10</w:t>
      </w:r>
      <w:r w:rsidRPr="008A226C">
        <w:rPr>
          <w:rFonts w:ascii="微软雅黑" w:eastAsia="微软雅黑" w:hAnsi="微软雅黑"/>
          <w:lang w:eastAsia="zh-CN"/>
        </w:rPr>
        <w:t>（</w:t>
      </w:r>
      <w:r w:rsidRPr="008A226C">
        <w:rPr>
          <w:rFonts w:ascii="微软雅黑" w:eastAsia="微软雅黑" w:hAnsi="微软雅黑"/>
          <w:lang w:eastAsia="zh-CN"/>
        </w:rPr>
        <w:t>10</w:t>
      </w:r>
      <w:r w:rsidRPr="008A226C">
        <w:rPr>
          <w:rFonts w:ascii="微软雅黑" w:eastAsia="微软雅黑" w:hAnsi="微软雅黑"/>
          <w:lang w:eastAsia="zh-CN"/>
        </w:rPr>
        <w:t>类，</w:t>
      </w:r>
      <w:r w:rsidRPr="008A226C">
        <w:rPr>
          <w:rFonts w:ascii="微软雅黑" w:eastAsia="微软雅黑" w:hAnsi="微软雅黑"/>
          <w:lang w:eastAsia="zh-CN"/>
        </w:rPr>
        <w:t>50000</w:t>
      </w:r>
      <w:r w:rsidRPr="008A226C">
        <w:rPr>
          <w:rFonts w:ascii="微软雅黑" w:eastAsia="微软雅黑" w:hAnsi="微软雅黑"/>
          <w:lang w:eastAsia="zh-CN"/>
        </w:rPr>
        <w:t>张训练图，</w:t>
      </w:r>
      <w:r w:rsidRPr="008A226C">
        <w:rPr>
          <w:rFonts w:ascii="微软雅黑" w:eastAsia="微软雅黑" w:hAnsi="微软雅黑"/>
          <w:lang w:eastAsia="zh-CN"/>
        </w:rPr>
        <w:t>10000</w:t>
      </w:r>
      <w:r w:rsidRPr="008A226C">
        <w:rPr>
          <w:rFonts w:ascii="微软雅黑" w:eastAsia="微软雅黑" w:hAnsi="微软雅黑"/>
          <w:lang w:eastAsia="zh-CN"/>
        </w:rPr>
        <w:t>张测试图）</w:t>
      </w:r>
      <w:r w:rsidRPr="008A226C">
        <w:rPr>
          <w:rFonts w:ascii="微软雅黑" w:eastAsia="微软雅黑" w:hAnsi="微软雅黑"/>
          <w:lang w:eastAsia="zh-CN"/>
        </w:rPr>
        <w:br/>
      </w:r>
      <w:r w:rsidRPr="008A226C">
        <w:rPr>
          <w:rFonts w:ascii="微软雅黑" w:eastAsia="微软雅黑" w:hAnsi="微软雅黑"/>
          <w:lang w:eastAsia="zh-CN"/>
        </w:rPr>
        <w:t>模型：</w:t>
      </w:r>
      <w:r w:rsidRPr="008A226C">
        <w:rPr>
          <w:rFonts w:ascii="微软雅黑" w:eastAsia="微软雅黑" w:hAnsi="微软雅黑"/>
          <w:lang w:eastAsia="zh-CN"/>
        </w:rPr>
        <w:t>ResNet-18</w:t>
      </w:r>
      <w:r w:rsidRPr="008A226C">
        <w:rPr>
          <w:rFonts w:ascii="微软雅黑" w:eastAsia="微软雅黑" w:hAnsi="微软雅黑"/>
          <w:lang w:eastAsia="zh-CN"/>
        </w:rPr>
        <w:t>（用了标准的那个配置）</w:t>
      </w:r>
      <w:r w:rsidRPr="008A226C">
        <w:rPr>
          <w:rFonts w:ascii="微软雅黑" w:eastAsia="微软雅黑" w:hAnsi="微软雅黑"/>
          <w:lang w:eastAsia="zh-CN"/>
        </w:rPr>
        <w:br/>
      </w:r>
      <w:r w:rsidRPr="008A226C">
        <w:rPr>
          <w:rFonts w:ascii="微软雅黑" w:eastAsia="微软雅黑" w:hAnsi="微软雅黑"/>
          <w:lang w:eastAsia="zh-CN"/>
        </w:rPr>
        <w:t>训练轮数：</w:t>
      </w:r>
      <w:r w:rsidRPr="008A226C">
        <w:rPr>
          <w:rFonts w:ascii="微软雅黑" w:eastAsia="微软雅黑" w:hAnsi="微软雅黑"/>
          <w:lang w:eastAsia="zh-CN"/>
        </w:rPr>
        <w:t>100</w:t>
      </w:r>
      <w:r w:rsidRPr="008A226C">
        <w:rPr>
          <w:rFonts w:ascii="微软雅黑" w:eastAsia="微软雅黑" w:hAnsi="微软雅黑"/>
          <w:lang w:eastAsia="zh-CN"/>
        </w:rPr>
        <w:t>个</w:t>
      </w:r>
      <w:r w:rsidRPr="008A226C">
        <w:rPr>
          <w:rFonts w:ascii="微软雅黑" w:eastAsia="微软雅黑" w:hAnsi="微软雅黑"/>
          <w:lang w:eastAsia="zh-CN"/>
        </w:rPr>
        <w:t>epoch</w:t>
      </w:r>
      <w:r w:rsidRPr="008A226C">
        <w:rPr>
          <w:rFonts w:ascii="微软雅黑" w:eastAsia="微软雅黑" w:hAnsi="微软雅黑"/>
          <w:lang w:eastAsia="zh-CN"/>
        </w:rPr>
        <w:t>，感觉差不多了</w:t>
      </w:r>
      <w:r w:rsidRPr="008A226C">
        <w:rPr>
          <w:rFonts w:ascii="微软雅黑" w:eastAsia="微软雅黑" w:hAnsi="微软雅黑"/>
          <w:lang w:eastAsia="zh-CN"/>
        </w:rPr>
        <w:br/>
      </w:r>
      <w:r w:rsidRPr="008A226C">
        <w:rPr>
          <w:rFonts w:ascii="微软雅黑" w:eastAsia="微软雅黑" w:hAnsi="微软雅黑"/>
          <w:lang w:eastAsia="zh-CN"/>
        </w:rPr>
        <w:t>优化器：</w:t>
      </w:r>
      <w:r w:rsidRPr="008A226C">
        <w:rPr>
          <w:rFonts w:ascii="微软雅黑" w:eastAsia="微软雅黑" w:hAnsi="微软雅黑"/>
          <w:lang w:eastAsia="zh-CN"/>
        </w:rPr>
        <w:t>Adam</w:t>
      </w:r>
      <w:r w:rsidRPr="008A226C">
        <w:rPr>
          <w:rFonts w:ascii="微软雅黑" w:eastAsia="微软雅黑" w:hAnsi="微软雅黑"/>
          <w:lang w:eastAsia="zh-CN"/>
        </w:rPr>
        <w:t>，</w:t>
      </w:r>
      <w:r w:rsidRPr="008A226C">
        <w:rPr>
          <w:rFonts w:ascii="微软雅黑" w:eastAsia="微软雅黑" w:hAnsi="微软雅黑"/>
          <w:lang w:eastAsia="zh-CN"/>
        </w:rPr>
        <w:t>lr=0.001</w:t>
      </w:r>
      <w:r w:rsidRPr="008A226C">
        <w:rPr>
          <w:rFonts w:ascii="微软雅黑" w:eastAsia="微软雅黑" w:hAnsi="微软雅黑"/>
          <w:lang w:eastAsia="zh-CN"/>
        </w:rPr>
        <w:t>（这个感觉还可以）</w:t>
      </w:r>
    </w:p>
    <w:p w14:paraId="79980F67" w14:textId="77777777" w:rsidR="00E113FF" w:rsidRPr="008A226C" w:rsidRDefault="0084540E">
      <w:pPr>
        <w:rPr>
          <w:rFonts w:ascii="微软雅黑" w:eastAsia="微软雅黑" w:hAnsi="微软雅黑"/>
          <w:lang w:eastAsia="zh-CN"/>
        </w:rPr>
      </w:pPr>
      <w:r w:rsidRPr="008A226C">
        <w:rPr>
          <w:rFonts w:ascii="微软雅黑" w:eastAsia="微软雅黑" w:hAnsi="微软雅黑"/>
          <w:lang w:eastAsia="zh-CN"/>
        </w:rPr>
        <w:t>三、结果</w:t>
      </w:r>
      <w:r w:rsidRPr="008A226C">
        <w:rPr>
          <w:rFonts w:ascii="微软雅黑" w:eastAsia="微软雅黑" w:hAnsi="微软雅黑"/>
          <w:lang w:eastAsia="zh-CN"/>
        </w:rPr>
        <w:br/>
      </w:r>
      <w:r w:rsidRPr="008A226C">
        <w:rPr>
          <w:rFonts w:ascii="微软雅黑" w:eastAsia="微软雅黑" w:hAnsi="微软雅黑"/>
          <w:lang w:eastAsia="zh-CN"/>
        </w:rPr>
        <w:br/>
      </w:r>
      <w:r w:rsidRPr="008A226C">
        <w:rPr>
          <w:rFonts w:ascii="微软雅黑" w:eastAsia="微软雅黑" w:hAnsi="微软雅黑"/>
          <w:lang w:eastAsia="zh-CN"/>
        </w:rPr>
        <w:t>实验结果挺好的，跑了好几次取了最好的一次结果。具体数字在表里，总的来说比</w:t>
      </w:r>
      <w:r w:rsidRPr="008A226C">
        <w:rPr>
          <w:rFonts w:ascii="微软雅黑" w:eastAsia="微软雅黑" w:hAnsi="微软雅黑"/>
          <w:lang w:eastAsia="zh-CN"/>
        </w:rPr>
        <w:t>baseline</w:t>
      </w:r>
      <w:r w:rsidRPr="008A226C">
        <w:rPr>
          <w:rFonts w:ascii="微软雅黑" w:eastAsia="微软雅黑" w:hAnsi="微软雅黑"/>
          <w:lang w:eastAsia="zh-CN"/>
        </w:rPr>
        <w:t>好多了。后面我们还可以继续优化，比如换个更大的模型，或者用</w:t>
      </w:r>
      <w:proofErr w:type="gramStart"/>
      <w:r w:rsidRPr="008A226C">
        <w:rPr>
          <w:rFonts w:ascii="微软雅黑" w:eastAsia="微软雅黑" w:hAnsi="微软雅黑"/>
          <w:lang w:eastAsia="zh-CN"/>
        </w:rPr>
        <w:t>预训练</w:t>
      </w:r>
      <w:proofErr w:type="gramEnd"/>
      <w:r w:rsidRPr="008A226C">
        <w:rPr>
          <w:rFonts w:ascii="微软雅黑" w:eastAsia="微软雅黑" w:hAnsi="微软雅黑"/>
          <w:lang w:eastAsia="zh-CN"/>
        </w:rPr>
        <w:t>权重。</w:t>
      </w:r>
    </w:p>
    <w:p w14:paraId="5993DD39" w14:textId="77777777" w:rsidR="00E113FF" w:rsidRPr="008A226C" w:rsidRDefault="0084540E">
      <w:pPr>
        <w:rPr>
          <w:rFonts w:ascii="微软雅黑" w:eastAsia="微软雅黑" w:hAnsi="微软雅黑"/>
          <w:lang w:eastAsia="zh-CN"/>
        </w:rPr>
      </w:pPr>
      <w:r w:rsidRPr="008A226C">
        <w:rPr>
          <w:rFonts w:ascii="微软雅黑" w:eastAsia="微软雅黑" w:hAnsi="微软雅黑"/>
          <w:lang w:eastAsia="zh-CN"/>
        </w:rPr>
        <w:t>四、分析与讨论</w:t>
      </w:r>
      <w:r w:rsidRPr="008A226C">
        <w:rPr>
          <w:rFonts w:ascii="微软雅黑" w:eastAsia="微软雅黑" w:hAnsi="微软雅黑"/>
          <w:lang w:eastAsia="zh-CN"/>
        </w:rPr>
        <w:br/>
      </w:r>
      <w:r w:rsidRPr="008A226C">
        <w:rPr>
          <w:rFonts w:ascii="微软雅黑" w:eastAsia="微软雅黑" w:hAnsi="微软雅黑"/>
          <w:lang w:eastAsia="zh-CN"/>
        </w:rPr>
        <w:br/>
      </w:r>
      <w:r w:rsidRPr="008A226C">
        <w:rPr>
          <w:rFonts w:ascii="微软雅黑" w:eastAsia="微软雅黑" w:hAnsi="微软雅黑"/>
          <w:lang w:eastAsia="zh-CN"/>
        </w:rPr>
        <w:t>从结果来看效果不错，可能是因为我们做了数据增强。但是也有不好的地方，比如训练时间有点长，而且</w:t>
      </w:r>
      <w:r w:rsidRPr="008A226C">
        <w:rPr>
          <w:rFonts w:ascii="微软雅黑" w:eastAsia="微软雅黑" w:hAnsi="微软雅黑"/>
          <w:lang w:eastAsia="zh-CN"/>
        </w:rPr>
        <w:t>loss</w:t>
      </w:r>
      <w:r w:rsidRPr="008A226C">
        <w:rPr>
          <w:rFonts w:ascii="微软雅黑" w:eastAsia="微软雅黑" w:hAnsi="微软雅黑"/>
          <w:lang w:eastAsia="zh-CN"/>
        </w:rPr>
        <w:t>曲线有点震荡，不过最后还是收敛了。</w:t>
      </w:r>
    </w:p>
    <w:p w14:paraId="189AC8D3" w14:textId="77777777" w:rsidR="00E113FF" w:rsidRPr="008A226C" w:rsidRDefault="0084540E">
      <w:pPr>
        <w:rPr>
          <w:rFonts w:ascii="微软雅黑" w:eastAsia="微软雅黑" w:hAnsi="微软雅黑"/>
        </w:rPr>
      </w:pPr>
      <w:r w:rsidRPr="008A226C">
        <w:rPr>
          <w:rFonts w:ascii="微软雅黑" w:eastAsia="微软雅黑" w:hAnsi="微软雅黑"/>
          <w:lang w:eastAsia="zh-CN"/>
        </w:rPr>
        <w:t>五、结论</w:t>
      </w:r>
      <w:r w:rsidRPr="008A226C">
        <w:rPr>
          <w:rFonts w:ascii="微软雅黑" w:eastAsia="微软雅黑" w:hAnsi="微软雅黑"/>
          <w:lang w:eastAsia="zh-CN"/>
        </w:rPr>
        <w:br/>
      </w:r>
      <w:r w:rsidRPr="008A226C">
        <w:rPr>
          <w:rFonts w:ascii="微软雅黑" w:eastAsia="微软雅黑" w:hAnsi="微软雅黑"/>
          <w:lang w:eastAsia="zh-CN"/>
        </w:rPr>
        <w:br/>
      </w:r>
      <w:r w:rsidRPr="008A226C">
        <w:rPr>
          <w:rFonts w:ascii="微软雅黑" w:eastAsia="微软雅黑" w:hAnsi="微软雅黑"/>
          <w:lang w:eastAsia="zh-CN"/>
        </w:rPr>
        <w:t>本实验证明了深度学习在图像分类上很有效。</w:t>
      </w:r>
      <w:r w:rsidRPr="008A226C">
        <w:rPr>
          <w:rFonts w:ascii="微软雅黑" w:eastAsia="微软雅黑" w:hAnsi="微软雅黑"/>
        </w:rPr>
        <w:t>未来工作可以考虑：</w:t>
      </w:r>
      <w:r w:rsidRPr="008A226C">
        <w:rPr>
          <w:rFonts w:ascii="微软雅黑" w:eastAsia="微软雅黑" w:hAnsi="微软雅黑"/>
        </w:rPr>
        <w:t>1</w:t>
      </w:r>
      <w:r w:rsidRPr="008A226C">
        <w:rPr>
          <w:rFonts w:ascii="微软雅黑" w:eastAsia="微软雅黑" w:hAnsi="微软雅黑"/>
        </w:rPr>
        <w:t>）用更大数据集；</w:t>
      </w:r>
      <w:r w:rsidRPr="008A226C">
        <w:rPr>
          <w:rFonts w:ascii="微软雅黑" w:eastAsia="微软雅黑" w:hAnsi="微软雅黑"/>
        </w:rPr>
        <w:t>2</w:t>
      </w:r>
      <w:r w:rsidRPr="008A226C">
        <w:rPr>
          <w:rFonts w:ascii="微软雅黑" w:eastAsia="微软雅黑" w:hAnsi="微软雅黑"/>
        </w:rPr>
        <w:t>）尝试</w:t>
      </w:r>
      <w:r w:rsidRPr="008A226C">
        <w:rPr>
          <w:rFonts w:ascii="微软雅黑" w:eastAsia="微软雅黑" w:hAnsi="微软雅黑"/>
        </w:rPr>
        <w:t>Transformer</w:t>
      </w:r>
      <w:r w:rsidRPr="008A226C">
        <w:rPr>
          <w:rFonts w:ascii="微软雅黑" w:eastAsia="微软雅黑" w:hAnsi="微软雅黑"/>
        </w:rPr>
        <w:t>架构；</w:t>
      </w:r>
      <w:r w:rsidRPr="008A226C">
        <w:rPr>
          <w:rFonts w:ascii="微软雅黑" w:eastAsia="微软雅黑" w:hAnsi="微软雅黑"/>
        </w:rPr>
        <w:t>3</w:t>
      </w:r>
      <w:r w:rsidRPr="008A226C">
        <w:rPr>
          <w:rFonts w:ascii="微软雅黑" w:eastAsia="微软雅黑" w:hAnsi="微软雅黑"/>
        </w:rPr>
        <w:t>）做模</w:t>
      </w:r>
      <w:r w:rsidRPr="008A226C">
        <w:rPr>
          <w:rFonts w:ascii="微软雅黑" w:eastAsia="微软雅黑" w:hAnsi="微软雅黑"/>
        </w:rPr>
        <w:t>型压缩。</w:t>
      </w:r>
    </w:p>
    <w:sectPr w:rsidR="00E113FF" w:rsidRPr="008A226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48734" w14:textId="77777777" w:rsidR="0084540E" w:rsidRDefault="0084540E" w:rsidP="008A226C">
      <w:pPr>
        <w:spacing w:after="0" w:line="240" w:lineRule="auto"/>
      </w:pPr>
      <w:r>
        <w:separator/>
      </w:r>
    </w:p>
  </w:endnote>
  <w:endnote w:type="continuationSeparator" w:id="0">
    <w:p w14:paraId="49D04E9D" w14:textId="77777777" w:rsidR="0084540E" w:rsidRDefault="0084540E" w:rsidP="008A2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2B02D" w14:textId="77777777" w:rsidR="0084540E" w:rsidRDefault="0084540E" w:rsidP="008A226C">
      <w:pPr>
        <w:spacing w:after="0" w:line="240" w:lineRule="auto"/>
      </w:pPr>
      <w:r>
        <w:separator/>
      </w:r>
    </w:p>
  </w:footnote>
  <w:footnote w:type="continuationSeparator" w:id="0">
    <w:p w14:paraId="152346FA" w14:textId="77777777" w:rsidR="0084540E" w:rsidRDefault="0084540E" w:rsidP="008A22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4540E"/>
    <w:rsid w:val="008A226C"/>
    <w:rsid w:val="00AA1D8D"/>
    <w:rsid w:val="00B47730"/>
    <w:rsid w:val="00CB0664"/>
    <w:rsid w:val="00E113F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49B396E"/>
  <w14:defaultImageDpi w14:val="300"/>
  <w15:docId w15:val="{0ECB43E5-F5AE-41FC-95AA-327D888A1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gongsiyi</cp:lastModifiedBy>
  <cp:revision>2</cp:revision>
  <dcterms:created xsi:type="dcterms:W3CDTF">2013-12-23T23:15:00Z</dcterms:created>
  <dcterms:modified xsi:type="dcterms:W3CDTF">2026-07-07T01:52:00Z</dcterms:modified>
  <cp:category/>
</cp:coreProperties>
</file>